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What is the primary goal of science?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a) To memorize facts and figures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b) To understand the world we live in and uncover the secrets of the universe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c) To perform experiments without any purpose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d) To follow instructions without questioning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2. Which quality is most important for a scientist?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a) Strength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b) Speed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c) Curiosity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d) Silence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What happens when new discoveries are made in science?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a) They often change our understanding of the world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b) They reinforce existing knowledge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c) They are quickly forgotten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d) They provide definitive answers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. How is science described in the chapter?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a) A complex equation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b) A big adventure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c) A boring task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d) A straightforward activity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5. Assertion (A) : Naphthalene is used to protect our clothes kept in the cupboard.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Reason (R) : It turns into liquid after some time.</w:t>
      </w:r>
    </w:p>
    <w:p w:rsidR="00000000" w:rsidDel="00000000" w:rsidP="00000000" w:rsidRDefault="00000000" w:rsidRPr="00000000" w14:paraId="00000017">
      <w:pPr>
        <w:numPr>
          <w:ilvl w:val="1"/>
          <w:numId w:val="2"/>
        </w:numPr>
        <w:spacing w:after="0" w:line="278.00000000000006" w:lineRule="auto"/>
        <w:ind w:left="144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Both A and R are true, and R is the correct explanation of A.</w:t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spacing w:after="0" w:line="278.00000000000006" w:lineRule="auto"/>
        <w:ind w:left="144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Both A and R are true, but R is not the correct explanation of A.</w:t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spacing w:after="0" w:line="278.00000000000006" w:lineRule="auto"/>
        <w:ind w:left="144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 is true, but R is false.</w:t>
      </w:r>
    </w:p>
    <w:p w:rsidR="00000000" w:rsidDel="00000000" w:rsidP="00000000" w:rsidRDefault="00000000" w:rsidRPr="00000000" w14:paraId="0000001A">
      <w:pPr>
        <w:numPr>
          <w:ilvl w:val="1"/>
          <w:numId w:val="2"/>
        </w:numPr>
        <w:spacing w:after="0" w:line="278.00000000000006" w:lineRule="auto"/>
        <w:ind w:left="144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Both A and R are false.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6. Assertion (A) : When we breathe out on a mirror, a patch is formed</w:t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Reason (R) : The air we breathe out contains water vapour which is converted into water droplets on the surface of the mirror.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spacing w:after="0" w:line="278.00000000000006" w:lineRule="auto"/>
        <w:ind w:left="144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Both A and R are true, and R is the correct explanation of A.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spacing w:after="0" w:line="278.00000000000006" w:lineRule="auto"/>
        <w:ind w:left="144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Both A and R are true, but R is not the correct explanation of A.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spacing w:after="0" w:line="278.00000000000006" w:lineRule="auto"/>
        <w:ind w:left="144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 is true, but R is false.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spacing w:after="0" w:line="278.00000000000006" w:lineRule="auto"/>
        <w:ind w:left="144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Both A and R are false.</w:t>
      </w:r>
    </w:p>
    <w:p w:rsidR="00000000" w:rsidDel="00000000" w:rsidP="00000000" w:rsidRDefault="00000000" w:rsidRPr="00000000" w14:paraId="00000022">
      <w:pPr>
        <w:spacing w:after="0" w:line="278.00000000000006" w:lineRule="auto"/>
        <w:ind w:left="144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78.00000000000006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7. Use scientific method to solve the given problems- (2 marks)</w:t>
      </w:r>
    </w:p>
    <w:p w:rsidR="00000000" w:rsidDel="00000000" w:rsidP="00000000" w:rsidRDefault="00000000" w:rsidRPr="00000000" w14:paraId="00000024">
      <w:pPr>
        <w:spacing w:after="0" w:line="278.00000000000006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Problem - The flashlight (torch) is not turning on.</w:t>
      </w:r>
    </w:p>
    <w:p w:rsidR="00000000" w:rsidDel="00000000" w:rsidP="00000000" w:rsidRDefault="00000000" w:rsidRPr="00000000" w14:paraId="00000025">
      <w:pPr>
        <w:spacing w:after="0" w:line="278.00000000000006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78.00000000000006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8. Give reason- (2 marks)</w:t>
      </w:r>
    </w:p>
    <w:p w:rsidR="00000000" w:rsidDel="00000000" w:rsidP="00000000" w:rsidRDefault="00000000" w:rsidRPr="00000000" w14:paraId="00000027">
      <w:pPr>
        <w:spacing w:after="0" w:line="278.00000000000006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i. The Sun appears to move across the sky during the day.</w:t>
      </w:r>
    </w:p>
    <w:p w:rsidR="00000000" w:rsidDel="00000000" w:rsidP="00000000" w:rsidRDefault="00000000" w:rsidRPr="00000000" w14:paraId="00000028">
      <w:pPr>
        <w:spacing w:after="0" w:line="278.00000000000006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ii. Leaves of plants are generally green in color.</w:t>
      </w:r>
    </w:p>
    <w:p w:rsidR="00000000" w:rsidDel="00000000" w:rsidP="00000000" w:rsidRDefault="00000000" w:rsidRPr="00000000" w14:paraId="00000029">
      <w:pPr>
        <w:spacing w:after="0" w:line="278.00000000000006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iii. Ice melts when kept in a warm place.</w:t>
      </w:r>
    </w:p>
    <w:p w:rsidR="00000000" w:rsidDel="00000000" w:rsidP="00000000" w:rsidRDefault="00000000" w:rsidRPr="00000000" w14:paraId="0000002A">
      <w:pPr>
        <w:spacing w:after="0" w:line="278.00000000000006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iv. We wear raincoats when it rains.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Normal" w:default="1">
    <w:name w:val="Normal"/>
    <w:qFormat w:val="1"/>
    <w:rsid w:val="00FC693F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 w:val="1"/>
    <w:rsid w:val="00FC693F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FC693F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 w:val="1"/>
    <w:qFormat w:val="1"/>
    <w:rsid w:val="00FC693F"/>
    <w:pPr>
      <w:keepNext w:val="1"/>
      <w:keepLines w:val="1"/>
      <w:spacing w:after="0" w:before="200"/>
      <w:outlineLvl w:val="2"/>
    </w:pPr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3"/>
    </w:pPr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4"/>
    </w:pPr>
    <w:rPr>
      <w:rFonts w:asciiTheme="majorHAnsi" w:cstheme="majorBidi" w:eastAsiaTheme="majorEastAsia" w:hAnsiTheme="majorHAnsi"/>
      <w:color w:val="243f60" w:themeColor="accent1" w:themeShade="00007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5"/>
    </w:pPr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 w:val="1"/>
    <w:rsid w:val="00FC693F"/>
    <w:pPr>
      <w:pBdr>
        <w:bottom w:color="4f81bd" w:space="4" w:sz="8" w:themeColor="accent1" w:val="single"/>
      </w:pBdr>
      <w:spacing w:after="300" w:line="240" w:lineRule="auto"/>
      <w:contextualSpacing w:val="1"/>
    </w:pPr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FC693F"/>
    <w:pPr>
      <w:numPr>
        <w:ilvl w:val="1"/>
      </w:numPr>
    </w:pPr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HWavZM7b4D2Hg6raAFVV0ftVLw==">CgMxLjA4AHIhMTljME5EeWV1STA3M2pDME84WmVlcVdJeGFFTTM1aWt2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